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ומשפחות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השורש בתוך מילים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אילו אותיות נוספות לשורש בתחילת המילה או בסופה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לקבץ מילים למשפחות לפי שורש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מצאו 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ל-מ-ד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ל-ב-ש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ש-מ-ר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ג-ד-ל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רוב השורשים בעברית בנויים משלוש אותיות עיקריות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הן אותיות נוספות, והשורש נשאר רק שלוש האותיות העיקריות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שורש משותף יוצר קשר במשמעות בין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להן שורשים שונים: ש-מ-ר לעומת ש-י-ר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או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ג-ד-ל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ל-ב-ש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לשורש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(ל-מ-ד)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(ש-מ-ר)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(ג-ד-ל)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(ר-ק-ד)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הבלש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המילה בקול ומזהים את כל האותיות 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מחפשים אותיות שנוספו בתחילת המילה, כמו מ, ת או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מחפשים אותיות שנוספו בסוף המילה, כמו ה, ים או 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מורידים את האותיות הנוספות ונשארים עם שלוש אותיות עיקריות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כותבים את השורש עם מקפים ובודקים עם הקבוצה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ברשות הדמיון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מילים הגיוניות מאותו שורש, למשל שמר, שומר, משמר, שמירה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מציין שלשלושתן אותו שורש ג-ד-ל ומשמעות הקשורה לגודל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נכון בן שלוש אותיות עם שתי מילים הגיוניות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שמבדיל בין אותיות קבועות לאותיות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משפחת מילים עם שורש משותף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התרגול בזוגות ואז להשוות תשובות מול פס הבדיקה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ההרגל לכתוב תמיד את השורש עם מקפים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בדף כהכנה למשחקי התחנה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ומשפחות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למצוא שורש במילה, ולמצוא מילים שבאות מאותה משפחה.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האותיות העיקריות שבונות את המילה ואת המשמעות 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שונות שנבנו מאותו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תחילית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 או כמה אותיות שמתווספות בתחילת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 או כמה אותיות שמתווספות בסוף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בלש שורשים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שמחפש ומוצא את השורש בתוך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 בדיקה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שבודקים בו תשובות אחרי שכולם ענו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מעטפת צבע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מעטפה שמסדרים בה קלפים לפי צבע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מצאו 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שורש יש במילה 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מ-כ-ת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כ-ת-ב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כ-ת-מ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מ-כ-ב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שורש יש במילה תלמיד?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ת-ל-מ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ל-מ-י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ל-מ-ד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ת-מ-ד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שורש יש במילה התלבש?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ת-ל-ב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ל-ב-ת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ל-ב-ש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ה-ל-ב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שורש יש במילה שמירה?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מ-י-ר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ש-מ-ר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ש-מ-ה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ר-מ-ש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שורש יש במילה מגדל?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מ-ג-ד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ג-ד-מ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ד-ל-ג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ג-ד-ל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ברוב המילים בעברית יש שורש בן שלוש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שמתווספות בתחילת המילה או בסופה הן חלק מהשורש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מאותה משפחה חולקות משמעות קרובה כי יש להן שורש משותף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'שומר' ו'שיר' הן מאותה 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או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__________ נבנתה מהשורש ל-מ-ד ומתארת מי שלומד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'מגדל' שייכת למשפחת המילים של 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בתוך המילה 'התכתבנו' האותיות שנוספו לשורש כ-ת-ב הן ה ו-נו, אחרי שמורידים אותן נשאר עם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'מלביש' שייכת למשפחת השורש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לשורש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ל-מ-ד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ר-ק-ד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ג-ד-ל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מגדל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ש-מ-ר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רקדן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כ-ת-ב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הבלש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מחפשים אותיות שנוספו בתחילת המילה, כמו מ, ת או 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מחפשים אותיות שנוספו בסוף המילה, כמו ה, ים או 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השורש עם מקפים ובודקים עם הקבוצה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המילה בקול ומזהים את כל האותיות שבה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מורידים את האותיות הנוספות ונשארים עם שלוש אותיות עיקריות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ברשות הדמיון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שורש אחד, לדוגמה ש-מ-ר, וכתבו לפחות ארבע מילים מאותה המשפחה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המילים 'גדול', 'הגדיל' ו'מגדל' שייכות לאותה משפחה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שורש אחד ושתי מילים שנבנות ממנו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שורש לבין אותיות שמתווספות למילה?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למשפחת מילים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שורשים ומשפחות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