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בתוך 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אילו אותיות נוספות לשורש בתחילת המילה או בסופה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לקבץ מילים למשפחות לפי שורש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ל-מ-ד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רוב השורשים בעברית בנויים משלוש אותיות 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אותיות נוספות, והשורש נשאר רק שלוש האותיות העיקריות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או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ג-ד-ל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(ש-מ-ר)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 ומזהים את כל האותיות 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אותיות שנוספו בתחילת המילה, כמו מ, ת או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אותיות שנוספו בסוף המילה, כמו ה, ים או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השורש עם מקפים ובודקים עם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ברשות הדמיון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הגיוניות מאותו שורש, למשל שמר, שומר, משמר, שמירה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נכון בן שלוש אותיות עם שתי מילים הגיוניות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שמבדיל בין אותיות קבועות לאותיות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עם שורש משותף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התרגול בזוגות ואז להשוות תשובות מול פס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ההרגל לכתוב תמיד את השורש עם מקפים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בדף כהכנה למשחקי התחנה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ומשפחות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חיפוש שורשים בתוך מילים, זיהוי האותיות שנוספו להן, ובניית משפחות מילים מאותו שורש, בדיוק כמו במשחקי מרכזון השורשים.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ג-ד-ל  ·  תלמיד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'מכתב'?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כ-ת-מ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'תלמיד'?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ל-מ-ד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ברוב המילים בעברית יש שורש בן 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האותיות שמתווספות בתחילת המילה או בסופה הן חלק מהשורש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או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נבנתה מהשורש ל-מ-ד ומתארת מי שלומד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'מגדל' שייכת למשפחת המילים של 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השורש עם מקפים ובודקים עם הקבוצה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בקול ומזהים את כל האותיות שבה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אותיות שנוספו בתחילת המילה, כמו מ, ת או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אותיות שנוספו בסוף המילה, כמו ה, ים או 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ברשות הדמיון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שורש אחד, לדוגמה ש-מ-ר, וכתבו לפחות ארבע מילים מאותה המשפחה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שורש אחד ושתי מילים שנבנות ממנו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שורש לבין אותיות שמתווספות למילה?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ומשפחות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